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المدارس القرآنية في تعليم النطق لمرحلة ماقبل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سمية/ زرميش عائشة/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