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فاضل السامرائي من الخلاف النحوي كتاب معاني النحو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تامن موسى/ يخلف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