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الفيسبوك في تسويق المنتجات اليدوية للمرأة الماكثة بالبيت صفحة حراير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بولفراخ شبلة/ هريمي فوزية/ بوهلالة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تسويق الخدمات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