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livre des peintres algériens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Achour cheurfi/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éd.1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030134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dictionnaire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dictionnaire/ encyclopidie/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