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الحاسوبية وأثرها في تطوير تعليمية اللغة العربية المكمل في القواعد والبلاغة لفاتح مرزوق بن علي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شبيطة كوثر/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