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تعليمية اللغة العربية عن بعد في الجامعة الجزائرية عبر منصة مودل المركز الجامعي عبد الحفيظ بوالصوف ميلة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تافزة نزيهة/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