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المظهر البيولوجي العرفاني للغة مقاربة لسانية لنمادج من كتاب البناء العصبي للغة للدكتور عبد الرحمن محمد طعمة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قدرز لمياء/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