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يغ المزيدة في سورة آل عمران دراسة تشك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مار فريال/ لخنافر عبير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