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solution for managing firewalls in the Internet Of Things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Lakhal dounia/ Boulmis Bilal/ Guettiche Mourad(Président),Lalouci Ali(Encadreur),Attia Mourad(Examinateur)/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00436111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Informatique, traitement des données (choix et utilisation du hardware, du matériel informatique ; configurations logicielles et matérielles, fiabilité des ordinateurs, firmware considéré comme hardware ; ouvrages d'ensemble et interdisciormatique/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