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التكوين العسكري في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زروال/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