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Ecrivains algeriens : dictionnaire biographique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dictionnaire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dictionnaire/ encyclopidie/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