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وتاصيل وابداع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سهلب التميمي/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قنديل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9789957251345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