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القانونية ( القانون في حياتنا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