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القضائية والاختصاص النوعي على مسائل الجنسية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سامر دغمش/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9789777961530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