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التزام الطبيب بتبصير المتبرع والمريض بمخاطر عملية نقل وزراعة الاعضاء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ثابت الشاذلي/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الدراسات العربية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9789777961325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