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الوجيز في الحماية القانونية لعديمي وناقصي الاهلية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محمد صالح/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القومي للاصدارات القانونية/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9789777612364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