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البحري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كمال طه/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9789777612258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