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والمجتمع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محمد البحيري/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9789777961387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