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المسئولية العقدية للشركات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حسن كاظم المسعودي/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9789777295253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