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ضمانات المحاكمة العادلة في المواثيق الدولية والقوانين الداخلية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طارق عمير مبارك النسي/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9789777612692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