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الطعن في احكام المحاكم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جون نجيب رزق/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9789777612661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