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المجاهد عبدالحفيظ بوصوف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الصادق مزهود/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الفجر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92011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