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صناعة المصطلح في اللسان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