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سبة النظام اللغ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