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المعجم العلمي العربي المختص وأثره في ازدهار اللغة العربية "كشاف اصطلاحات الفنون والعلوم للتهانوي"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سعاد لعريبي/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