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التعليمية في بعث استعمال اللغات الرسمية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