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تعدد المصطلح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لعقد/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