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جملة الفعل المبني للمجهول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محمود شبانة/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