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البنى اللإفرادية والتركيبية في المصطلحات العلمية المستعملة في الكتب المدرسية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