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البشرية حسب المنظور الاقتصادي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التهامي طواهر/ اسمهان قيبو/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