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الوساطة في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العامري خالد/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