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الوقف ومستقبله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فنطازي خير الدين/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