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التدخل الدولي الإنساني ما بين القانون الدولي والقانون الدولي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مزيان راضية/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