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للقاضي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بوضياف/ 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