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الاليات الوطنية لحماية حقوق الانسان في منطقة البحر الابيض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جغري أميرة/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رسالة  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