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الجنائية للجنين في ظل التطورات العلمية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عيادي سارة/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340251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