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الواقعة القانونية والحقيقة القضائية في ميدان الاحوال الشخصية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بولقصيبات/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