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التواجد غير المشروع في الانظمة المعلوماتية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محمد/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