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العقابي في الجزائر على ضوء المعايير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D340661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