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الوساطة في المواد الجزائية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طالب أحسن/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D340531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