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البديلة لعقوبة الحبس قصيرة المدة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