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الجريمة المنظمة في تبييض الأموال عبر الوسائط الالكترونية ''دراسة مقارنة"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لعوارم وهيبة/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