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التدابير الإحترازية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تباني زواش ربيعة/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