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العقوبات الإقتصادية الدولية وأثرها على حقوق الإنسان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حمزة فايزة/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D3401891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