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القرار التحكيمي وطرق الطعن فيه وفقا للقانون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بوصنوبرة/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