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طبيعة السلطة السياسية وتنظيمها في النظام السياسي الجزائري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مخلوف صمود/ بن حليلو فيصل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دكتوراه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قسنطينة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D3401611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