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سلطة القاضي الجنائي في تقدير الدليل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 الدين يونس/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