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السلطة التشريعية بالسلطة التنفيدية في الجزائر في ظل دستور 1996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عميرش نذير/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