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دافور و القانون الدولي الإنساني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بوعزيز حنان/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