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المركز القانوني للوالي على اللامركزية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حميدان عبد الرزاق/ بن شعبان علي(مشرفا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